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rial" w:hAnsi="Arial"/>
          <w:b/>
          <w:color w:val="181B1A"/>
          <w:sz w:val="54"/>
        </w:rPr>
        <w:t>HANIF BAHARI</w:t>
      </w:r>
    </w:p>
    <w:p>
      <w:pPr>
        <w:spacing w:after="140"/>
      </w:pPr>
      <w:r>
        <w:rPr>
          <w:rFonts w:ascii="Arial" w:hAnsi="Arial"/>
          <w:b/>
          <w:color w:val="367448"/>
          <w:sz w:val="21"/>
        </w:rPr>
        <w:t>FULL-STACK DEVELOPER  /  PRODUCT DESIGNER</w:t>
      </w:r>
    </w:p>
    <w:p>
      <w:pPr>
        <w:tabs>
          <w:tab w:pos="9978" w:val="right"/>
        </w:tabs>
        <w:spacing w:after="200"/>
        <w:pBdr>
          <w:bottom w:val="single" w:sz="12" w:space="5" w:color="181B1A"/>
        </w:pBdr>
      </w:pPr>
      <w:r>
        <w:rPr>
          <w:rFonts w:ascii="Arial" w:hAnsi="Arial"/>
          <w:color w:val="59605C"/>
          <w:sz w:val="17"/>
        </w:rPr>
        <w:t>Stockholm, Sweden  ·  hanif.bahari@gmail.com</w:t>
      </w:r>
      <w:r>
        <w:rPr>
          <w:rFonts w:ascii="Arial" w:hAnsi="Arial"/>
          <w:color w:val="59605C"/>
          <w:sz w:val="17"/>
        </w:rPr>
        <w:t xml:space="preserve">  ·  </w:t>
      </w:r>
      <w:hyperlink r:id="rId10">
        <w:r>
          <w:rPr>
            <w:rFonts w:ascii="Arial" w:hAnsi="Arial"/>
            <w:color w:val="367448"/>
            <w:u w:val="none"/>
          </w:rPr>
          <w:t>hanifbahari.com</w:t>
        </w:r>
      </w:hyperlink>
      <w:r>
        <w:rPr>
          <w:rFonts w:ascii="Arial" w:hAnsi="Arial"/>
          <w:color w:val="59605C"/>
          <w:sz w:val="17"/>
        </w:rPr>
        <w:t xml:space="preserve">  ·  </w:t>
      </w:r>
      <w:hyperlink r:id="rId11">
        <w:r>
          <w:rPr>
            <w:rFonts w:ascii="Arial" w:hAnsi="Arial"/>
            <w:color w:val="367448"/>
            <w:u w:val="none"/>
          </w:rPr>
          <w:t>LinkedIn</w:t>
        </w:r>
      </w:hyperlink>
      <w:r>
        <w:rPr>
          <w:rFonts w:ascii="Arial" w:hAnsi="Arial"/>
          <w:color w:val="59605C"/>
          <w:sz w:val="17"/>
        </w:rPr>
        <w:t xml:space="preserve">  ·  </w:t>
      </w:r>
      <w:hyperlink r:id="rId12">
        <w:r>
          <w:rPr>
            <w:rFonts w:ascii="Arial" w:hAnsi="Arial"/>
            <w:color w:val="367448"/>
            <w:u w:val="none"/>
          </w:rPr>
          <w:t>GitHub</w:t>
        </w:r>
      </w:hyperlink>
    </w:p>
    <w:p>
      <w:pPr>
        <w:pStyle w:val="SectionLabel"/>
        <w:pBdr>
          <w:bottom w:val="single" w:sz="8" w:space="5" w:color="C9CEC9"/>
        </w:pBdr>
      </w:pPr>
      <w:r>
        <w:t>PROFILE</w:t>
      </w:r>
    </w:p>
    <w:p>
      <w:pPr>
        <w:spacing w:after="60"/>
      </w:pPr>
      <w:r>
        <w:rPr>
          <w:rFonts w:ascii="Arial" w:hAnsi="Arial"/>
          <w:color w:val="181B1A"/>
          <w:sz w:val="21"/>
        </w:rPr>
        <w:t>Full-stack developer and product designer building human-centered software at the intersection of engineering, systems thinking, and visual design. Experienced across React, TypeScript, Node.js, design systems, accessibility, testing, and independent product delivery.</w:t>
      </w:r>
    </w:p>
    <w:p>
      <w:pPr>
        <w:pStyle w:val="SectionLabel"/>
        <w:pBdr>
          <w:bottom w:val="single" w:sz="8" w:space="5" w:color="C9CEC9"/>
        </w:pBdr>
      </w:pPr>
      <w:r>
        <w:t>EXPERIENCE</w:t>
      </w:r>
    </w:p>
    <w:p>
      <w:pPr>
        <w:pStyle w:val="RoleHeading"/>
        <w:tabs>
          <w:tab w:pos="9978" w:val="right"/>
        </w:tabs>
      </w:pPr>
      <w:r>
        <w:rPr>
          <w:rFonts w:ascii="Arial" w:hAnsi="Arial"/>
          <w:b/>
          <w:color w:val="181B1A"/>
          <w:sz w:val="22"/>
        </w:rPr>
        <w:t>Independent Software Developer &amp; Product Designer</w:t>
      </w:r>
      <w:r>
        <w:rPr>
          <w:rFonts w:ascii="Arial" w:hAnsi="Arial"/>
          <w:color w:val="59605C"/>
          <w:sz w:val="18"/>
        </w:rPr>
        <w:t xml:space="preserve">  /  Independent</w:t>
      </w:r>
      <w:r>
        <w:rPr>
          <w:rFonts w:ascii="Arial" w:hAnsi="Arial"/>
          <w:b/>
          <w:color w:val="367448"/>
          <w:sz w:val="17"/>
        </w:rPr>
        <w:tab/>
        <w:t>2025 - Present</w:t>
      </w:r>
    </w:p>
    <w:p>
      <w:pPr>
        <w:pStyle w:val="RoleSummary"/>
      </w:pPr>
      <w:r>
        <w:t>Designing, developing, releasing, and maintaining independent software products across desktop applications, product websites, testing, documentation, and automated delivery.</w:t>
      </w:r>
    </w:p>
    <w:p>
      <w:pPr>
        <w:pStyle w:val="ListBullet"/>
      </w:pPr>
      <w:r>
        <w:t>Created VersionLoom, a local-first macOS workspace for visual version history and creative file recovery.</w:t>
      </w:r>
    </w:p>
    <w:p>
      <w:pPr>
        <w:pStyle w:val="ListBullet"/>
      </w:pPr>
      <w:r>
        <w:t>Created Folioflow, a macOS editor for turning still images into polished vertical reels.</w:t>
      </w:r>
    </w:p>
    <w:p>
      <w:pPr>
        <w:pStyle w:val="ListBullet"/>
      </w:pPr>
      <w:r>
        <w:t>Created ViraChin, an offline macOS and Windows utility for Persian text and title artwork in design applications.</w:t>
      </w:r>
    </w:p>
    <w:p>
      <w:pPr>
        <w:pStyle w:val="ListBullet"/>
      </w:pPr>
      <w:r>
        <w:t>Created The Red Balloon, a hand-painted 2D narrative puzzle game built with C# and MonoGame.</w:t>
      </w:r>
    </w:p>
    <w:p>
      <w:pPr>
        <w:pStyle w:val="ListBullet"/>
      </w:pPr>
      <w:r>
        <w:t>Managed each product from problem definition and interface design through implementation, testing, packaging, release automation, and public documentation.</w:t>
      </w:r>
    </w:p>
    <w:p>
      <w:pPr>
        <w:pStyle w:val="RoleHeading"/>
        <w:tabs>
          <w:tab w:pos="9978" w:val="right"/>
        </w:tabs>
      </w:pPr>
      <w:r>
        <w:rPr>
          <w:rFonts w:ascii="Arial" w:hAnsi="Arial"/>
          <w:b/>
          <w:color w:val="181B1A"/>
          <w:sz w:val="22"/>
        </w:rPr>
        <w:t>Full-stack Developer</w:t>
      </w:r>
      <w:r>
        <w:rPr>
          <w:rFonts w:ascii="Arial" w:hAnsi="Arial"/>
          <w:color w:val="59605C"/>
          <w:sz w:val="18"/>
        </w:rPr>
        <w:t xml:space="preserve">  /  KTH Royal Institute of Technology</w:t>
      </w:r>
      <w:r>
        <w:rPr>
          <w:rFonts w:ascii="Arial" w:hAnsi="Arial"/>
          <w:b/>
          <w:color w:val="367448"/>
          <w:sz w:val="17"/>
        </w:rPr>
        <w:tab/>
        <w:t>2025</w:t>
      </w:r>
    </w:p>
    <w:p>
      <w:pPr>
        <w:pStyle w:val="RoleSummary"/>
      </w:pPr>
      <w:r>
        <w:t>Worked across a large public-sector web ecosystem spanning frontend delivery, backend services, publishing platforms, and a shared design system.</w:t>
      </w:r>
    </w:p>
    <w:p>
      <w:pPr>
        <w:pStyle w:val="ListBullet"/>
      </w:pPr>
      <w:r>
        <w:t>Developed hybrid Node.js and React applications with TypeScript and maintained more than 30 Node.js applications across multiple repositories.</w:t>
      </w:r>
    </w:p>
    <w:p>
      <w:pPr>
        <w:pStyle w:val="ListBullet"/>
      </w:pPr>
      <w:r>
        <w:t>Built a new WordPress theme for KTH blogs and integrated it with Polopoly CMS and the KTH Design System.</w:t>
      </w:r>
    </w:p>
    <w:p>
      <w:pPr>
        <w:pStyle w:val="ListBullet"/>
      </w:pPr>
      <w:r>
        <w:t>Contributed reusable interface work to the KTH Public Design System monorepo.</w:t>
      </w:r>
    </w:p>
    <w:p>
      <w:pPr>
        <w:pStyle w:val="RoleHeading"/>
        <w:tabs>
          <w:tab w:pos="9978" w:val="right"/>
        </w:tabs>
      </w:pPr>
      <w:r>
        <w:rPr>
          <w:rFonts w:ascii="Arial" w:hAnsi="Arial"/>
          <w:b/>
          <w:color w:val="181B1A"/>
          <w:sz w:val="22"/>
        </w:rPr>
        <w:t>Frontend Developer - Core team</w:t>
      </w:r>
      <w:r>
        <w:rPr>
          <w:rFonts w:ascii="Arial" w:hAnsi="Arial"/>
          <w:color w:val="59605C"/>
          <w:sz w:val="18"/>
        </w:rPr>
        <w:t xml:space="preserve">  /  Bazarma</w:t>
      </w:r>
      <w:r>
        <w:rPr>
          <w:rFonts w:ascii="Arial" w:hAnsi="Arial"/>
          <w:b/>
          <w:color w:val="367448"/>
          <w:sz w:val="17"/>
        </w:rPr>
        <w:tab/>
        <w:t>2022 - 2024</w:t>
      </w:r>
    </w:p>
    <w:p>
      <w:pPr>
        <w:pStyle w:val="RoleSummary"/>
      </w:pPr>
      <w:r>
        <w:t>Helped shape a Persian-language marketplace and services platform for immigrant communities in Sweden.</w:t>
      </w:r>
    </w:p>
    <w:p>
      <w:pPr>
        <w:pStyle w:val="ListBullet"/>
      </w:pPr>
      <w:r>
        <w:t>Migrated legacy React class components to functional components and implemented Redux state architecture.</w:t>
      </w:r>
    </w:p>
    <w:p>
      <w:pPr>
        <w:pStyle w:val="ListBullet"/>
      </w:pPr>
      <w:r>
        <w:t>Led UX/UI redesign work and developed a cohesive design system.</w:t>
      </w:r>
    </w:p>
    <w:p>
      <w:pPr>
        <w:pStyle w:val="ListBullet"/>
      </w:pPr>
      <w:r>
        <w:t>Added Jest and Cypress coverage and integrated Sentry, GA4, and Google Tag Manager.</w:t>
      </w:r>
    </w:p>
    <w:p>
      <w:r>
        <w:br w:type="page"/>
      </w:r>
    </w:p>
    <w:p>
      <w:pPr>
        <w:pStyle w:val="SectionLabel"/>
        <w:pBdr>
          <w:bottom w:val="single" w:sz="8" w:space="5" w:color="C9CEC9"/>
        </w:pBdr>
      </w:pPr>
      <w:r>
        <w:t>ADDITIONAL EXPERIENCE</w:t>
      </w:r>
    </w:p>
    <w:p>
      <w:pPr>
        <w:pStyle w:val="RoleHeading"/>
        <w:tabs>
          <w:tab w:pos="9978" w:val="right"/>
        </w:tabs>
      </w:pPr>
      <w:r>
        <w:rPr>
          <w:rFonts w:ascii="Arial" w:hAnsi="Arial"/>
          <w:b/>
          <w:color w:val="181B1A"/>
          <w:sz w:val="20"/>
        </w:rPr>
        <w:t>Web Developer</w:t>
      </w:r>
      <w:r>
        <w:rPr>
          <w:rFonts w:ascii="Arial" w:hAnsi="Arial"/>
          <w:color w:val="59605C"/>
          <w:sz w:val="18"/>
        </w:rPr>
        <w:t xml:space="preserve">  /  Byn Kommunikationsbyrå AB</w:t>
      </w:r>
      <w:r>
        <w:rPr>
          <w:rFonts w:ascii="Arial" w:hAnsi="Arial"/>
          <w:b/>
          <w:color w:val="367448"/>
          <w:sz w:val="16"/>
        </w:rPr>
        <w:tab/>
        <w:t>2024</w:t>
      </w:r>
    </w:p>
    <w:p>
      <w:pPr>
        <w:pStyle w:val="RoleSummary"/>
      </w:pPr>
      <w:r>
        <w:t>Led development delivery with designers, including production launches, on-page SEO, security, and performance improvements.</w:t>
      </w:r>
    </w:p>
    <w:p>
      <w:pPr>
        <w:pStyle w:val="RoleHeading"/>
        <w:tabs>
          <w:tab w:pos="9978" w:val="right"/>
        </w:tabs>
      </w:pPr>
      <w:r>
        <w:rPr>
          <w:rFonts w:ascii="Arial" w:hAnsi="Arial"/>
          <w:b/>
          <w:color w:val="181B1A"/>
          <w:sz w:val="20"/>
        </w:rPr>
        <w:t>Web Developer</w:t>
      </w:r>
      <w:r>
        <w:rPr>
          <w:rFonts w:ascii="Arial" w:hAnsi="Arial"/>
          <w:color w:val="59605C"/>
          <w:sz w:val="18"/>
        </w:rPr>
        <w:t xml:space="preserve">  /  Falck &amp; Co</w:t>
      </w:r>
      <w:r>
        <w:rPr>
          <w:rFonts w:ascii="Arial" w:hAnsi="Arial"/>
          <w:b/>
          <w:color w:val="367448"/>
          <w:sz w:val="16"/>
        </w:rPr>
        <w:tab/>
        <w:t>2023 - 2024</w:t>
      </w:r>
    </w:p>
    <w:p>
      <w:pPr>
        <w:pStyle w:val="RoleSummary"/>
      </w:pPr>
      <w:r>
        <w:t>Delivered custom WordPress themes, plugins, functions, and deployment workflows using JavaScript and PHP.</w:t>
      </w:r>
    </w:p>
    <w:p>
      <w:pPr>
        <w:pStyle w:val="RoleHeading"/>
        <w:tabs>
          <w:tab w:pos="9978" w:val="right"/>
        </w:tabs>
      </w:pPr>
      <w:r>
        <w:rPr>
          <w:rFonts w:ascii="Arial" w:hAnsi="Arial"/>
          <w:b/>
          <w:color w:val="181B1A"/>
          <w:sz w:val="20"/>
        </w:rPr>
        <w:t>Indie Game Developer - Creator of Uncle Magnuz</w:t>
      </w:r>
      <w:r>
        <w:rPr>
          <w:rFonts w:ascii="Arial" w:hAnsi="Arial"/>
          <w:color w:val="59605C"/>
          <w:sz w:val="18"/>
        </w:rPr>
        <w:t xml:space="preserve">  /  Independent</w:t>
      </w:r>
      <w:r>
        <w:rPr>
          <w:rFonts w:ascii="Arial" w:hAnsi="Arial"/>
          <w:b/>
          <w:color w:val="367448"/>
          <w:sz w:val="16"/>
        </w:rPr>
        <w:tab/>
        <w:t>2017 - 2020</w:t>
      </w:r>
    </w:p>
    <w:p>
      <w:pPr>
        <w:pStyle w:val="RoleSummary"/>
      </w:pPr>
      <w:r>
        <w:t>Designed, programmed, illustrated, animated, and released an original iPhone platform game built with vanilla JavaScript.</w:t>
      </w:r>
    </w:p>
    <w:p>
      <w:pPr>
        <w:pStyle w:val="RoleHeading"/>
        <w:tabs>
          <w:tab w:pos="9978" w:val="right"/>
        </w:tabs>
      </w:pPr>
      <w:r>
        <w:rPr>
          <w:rFonts w:ascii="Arial" w:hAnsi="Arial"/>
          <w:b/>
          <w:color w:val="181B1A"/>
          <w:sz w:val="20"/>
        </w:rPr>
        <w:t>User Experience Designer</w:t>
      </w:r>
      <w:r>
        <w:rPr>
          <w:rFonts w:ascii="Arial" w:hAnsi="Arial"/>
          <w:color w:val="59605C"/>
          <w:sz w:val="18"/>
        </w:rPr>
        <w:t xml:space="preserve">  /  Ve and Vile</w:t>
      </w:r>
      <w:r>
        <w:rPr>
          <w:rFonts w:ascii="Arial" w:hAnsi="Arial"/>
          <w:b/>
          <w:color w:val="367448"/>
          <w:sz w:val="16"/>
        </w:rPr>
        <w:tab/>
        <w:t>2018 - 2019</w:t>
      </w:r>
    </w:p>
    <w:p>
      <w:pPr>
        <w:pStyle w:val="RoleSummary"/>
      </w:pPr>
      <w:r>
        <w:t>Designed and evaluated web and application experiences for a fashion-technology startup using 3D printing.</w:t>
      </w:r>
    </w:p>
    <w:p>
      <w:pPr>
        <w:pStyle w:val="RoleHeading"/>
        <w:tabs>
          <w:tab w:pos="9978" w:val="right"/>
        </w:tabs>
      </w:pPr>
      <w:r>
        <w:rPr>
          <w:rFonts w:ascii="Arial" w:hAnsi="Arial"/>
          <w:b/>
          <w:color w:val="181B1A"/>
          <w:sz w:val="20"/>
        </w:rPr>
        <w:t>Web Developer</w:t>
      </w:r>
      <w:r>
        <w:rPr>
          <w:rFonts w:ascii="Arial" w:hAnsi="Arial"/>
          <w:color w:val="59605C"/>
          <w:sz w:val="18"/>
        </w:rPr>
        <w:t xml:space="preserve">  /  ParsTech Solutions</w:t>
      </w:r>
      <w:r>
        <w:rPr>
          <w:rFonts w:ascii="Arial" w:hAnsi="Arial"/>
          <w:b/>
          <w:color w:val="367448"/>
          <w:sz w:val="16"/>
        </w:rPr>
        <w:tab/>
        <w:t>2007 - 2011</w:t>
      </w:r>
    </w:p>
    <w:p>
      <w:pPr>
        <w:pStyle w:val="RoleSummary"/>
      </w:pPr>
      <w:r>
        <w:t>Built interactive web interfaces with HTML, CSS, and JavaScript in collaboration with developers and designers.</w:t>
      </w:r>
    </w:p>
    <w:p>
      <w:pPr>
        <w:pStyle w:val="SectionLabel"/>
        <w:pBdr>
          <w:bottom w:val="single" w:sz="8" w:space="5" w:color="C9CEC9"/>
        </w:pBdr>
      </w:pPr>
      <w:r>
        <w:t>CAPABILITIES</w:t>
      </w:r>
    </w:p>
    <w:p>
      <w:pPr>
        <w:spacing w:after="50"/>
      </w:pPr>
      <w:r>
        <w:rPr>
          <w:rFonts w:ascii="Arial" w:hAnsi="Arial"/>
          <w:b/>
          <w:color w:val="367448"/>
          <w:sz w:val="17"/>
        </w:rPr>
        <w:t xml:space="preserve">Product engineering  /  </w:t>
      </w:r>
      <w:r>
        <w:rPr>
          <w:rFonts w:ascii="Arial" w:hAnsi="Arial"/>
          <w:color w:val="181B1A"/>
          <w:sz w:val="17"/>
        </w:rPr>
        <w:t>JavaScript, TypeScript, React, Next.js, Node.js, REST APIs, GraphQL</w:t>
      </w:r>
    </w:p>
    <w:p>
      <w:pPr>
        <w:spacing w:after="50"/>
      </w:pPr>
      <w:r>
        <w:rPr>
          <w:rFonts w:ascii="Arial" w:hAnsi="Arial"/>
          <w:b/>
          <w:color w:val="367448"/>
          <w:sz w:val="17"/>
        </w:rPr>
        <w:t xml:space="preserve">Interface systems  /  </w:t>
      </w:r>
      <w:r>
        <w:rPr>
          <w:rFonts w:ascii="Arial" w:hAnsi="Arial"/>
          <w:color w:val="181B1A"/>
          <w:sz w:val="17"/>
        </w:rPr>
        <w:t>HTML, CSS, Web Components, Storybook, design systems, responsive design, accessibility, Figma</w:t>
      </w:r>
    </w:p>
    <w:p>
      <w:pPr>
        <w:spacing w:after="50"/>
      </w:pPr>
      <w:r>
        <w:rPr>
          <w:rFonts w:ascii="Arial" w:hAnsi="Arial"/>
          <w:b/>
          <w:color w:val="367448"/>
          <w:sz w:val="17"/>
        </w:rPr>
        <w:t xml:space="preserve">Quality &amp; delivery  /  </w:t>
      </w:r>
      <w:r>
        <w:rPr>
          <w:rFonts w:ascii="Arial" w:hAnsi="Arial"/>
          <w:color w:val="181B1A"/>
          <w:sz w:val="17"/>
        </w:rPr>
        <w:t>Jest, Cypress, Playwright, Docker, GitHub Actions, Swagger, Sentry, performance</w:t>
      </w:r>
    </w:p>
    <w:p>
      <w:pPr>
        <w:spacing w:after="50"/>
      </w:pPr>
      <w:r>
        <w:rPr>
          <w:rFonts w:ascii="Arial" w:hAnsi="Arial"/>
          <w:b/>
          <w:color w:val="367448"/>
          <w:sz w:val="17"/>
        </w:rPr>
        <w:t xml:space="preserve">Platforms  /  </w:t>
      </w:r>
      <w:r>
        <w:rPr>
          <w:rFonts w:ascii="Arial" w:hAnsi="Arial"/>
          <w:color w:val="181B1A"/>
          <w:sz w:val="17"/>
        </w:rPr>
        <w:t>WordPress, PHP, Strapi, MongoDB, Azure Cosmos DB, Astro, Gatsby, PixiJS, MonoGame, C#</w:t>
      </w:r>
    </w:p>
    <w:p>
      <w:pPr>
        <w:pStyle w:val="SectionLabel"/>
        <w:pBdr>
          <w:bottom w:val="single" w:sz="8" w:space="5" w:color="C9CEC9"/>
        </w:pBdr>
      </w:pPr>
      <w:r>
        <w:t>EDUCATION</w:t>
      </w:r>
    </w:p>
    <w:p>
      <w:pPr>
        <w:pStyle w:val="RoleHeading"/>
        <w:tabs>
          <w:tab w:pos="9978" w:val="right"/>
        </w:tabs>
      </w:pPr>
      <w:r>
        <w:rPr>
          <w:rFonts w:ascii="Arial" w:hAnsi="Arial"/>
          <w:b/>
          <w:color w:val="181B1A"/>
          <w:sz w:val="20"/>
        </w:rPr>
        <w:t>Nackademin</w:t>
      </w:r>
      <w:r>
        <w:rPr>
          <w:rFonts w:ascii="Arial" w:hAnsi="Arial"/>
          <w:color w:val="59605C"/>
          <w:sz w:val="18"/>
        </w:rPr>
        <w:t xml:space="preserve">  /  Frontend Development</w:t>
      </w:r>
      <w:r>
        <w:rPr>
          <w:rFonts w:ascii="Arial" w:hAnsi="Arial"/>
          <w:b/>
          <w:color w:val="367448"/>
          <w:sz w:val="16"/>
        </w:rPr>
        <w:tab/>
        <w:t>2021 - 2023</w:t>
      </w:r>
    </w:p>
    <w:p>
      <w:pPr>
        <w:pStyle w:val="RoleHeading"/>
        <w:tabs>
          <w:tab w:pos="9978" w:val="right"/>
        </w:tabs>
      </w:pPr>
      <w:r>
        <w:rPr>
          <w:rFonts w:ascii="Arial" w:hAnsi="Arial"/>
          <w:b/>
          <w:color w:val="181B1A"/>
          <w:sz w:val="20"/>
        </w:rPr>
        <w:t>Mid Sweden University</w:t>
      </w:r>
      <w:r>
        <w:rPr>
          <w:rFonts w:ascii="Arial" w:hAnsi="Arial"/>
          <w:color w:val="59605C"/>
          <w:sz w:val="18"/>
        </w:rPr>
        <w:t xml:space="preserve">  /  MA, Industrial Design - Design for All</w:t>
      </w:r>
      <w:r>
        <w:rPr>
          <w:rFonts w:ascii="Arial" w:hAnsi="Arial"/>
          <w:b/>
          <w:color w:val="367448"/>
          <w:sz w:val="16"/>
        </w:rPr>
        <w:tab/>
        <w:t>2015 - 2017</w:t>
      </w:r>
    </w:p>
    <w:p>
      <w:pPr>
        <w:pStyle w:val="RoleHeading"/>
        <w:tabs>
          <w:tab w:pos="9978" w:val="right"/>
        </w:tabs>
      </w:pPr>
      <w:r>
        <w:rPr>
          <w:rFonts w:ascii="Arial" w:hAnsi="Arial"/>
          <w:b/>
          <w:color w:val="181B1A"/>
          <w:sz w:val="20"/>
        </w:rPr>
        <w:t>Azad University (IAU)</w:t>
      </w:r>
      <w:r>
        <w:rPr>
          <w:rFonts w:ascii="Arial" w:hAnsi="Arial"/>
          <w:color w:val="59605C"/>
          <w:sz w:val="18"/>
        </w:rPr>
        <w:t xml:space="preserve">  /  BA, Industrial Design</w:t>
      </w:r>
      <w:r>
        <w:rPr>
          <w:rFonts w:ascii="Arial" w:hAnsi="Arial"/>
          <w:b/>
          <w:color w:val="367448"/>
          <w:sz w:val="16"/>
        </w:rPr>
        <w:tab/>
        <w:t>2001 - 2007</w:t>
      </w:r>
    </w:p>
    <w:p>
      <w:pPr>
        <w:pStyle w:val="SectionLabel"/>
        <w:pBdr>
          <w:bottom w:val="single" w:sz="8" w:space="5" w:color="C9CEC9"/>
        </w:pBdr>
      </w:pPr>
      <w:r>
        <w:t>FURTHER LEARNING &amp; LANGUAGES</w:t>
      </w:r>
    </w:p>
    <w:p>
      <w:r>
        <w:rPr>
          <w:rFonts w:ascii="Arial" w:hAnsi="Arial"/>
          <w:b/>
          <w:color w:val="367448"/>
          <w:sz w:val="17"/>
        </w:rPr>
        <w:t xml:space="preserve">Certification  /  </w:t>
      </w:r>
      <w:r>
        <w:rPr>
          <w:rFonts w:ascii="Arial" w:hAnsi="Arial"/>
          <w:color w:val="181B1A"/>
          <w:sz w:val="17"/>
        </w:rPr>
        <w:t>UX Design: From Concept to Wireframe, University of Michigan</w:t>
      </w:r>
    </w:p>
    <w:p>
      <w:r>
        <w:rPr>
          <w:rFonts w:ascii="Arial" w:hAnsi="Arial"/>
          <w:b/>
          <w:color w:val="367448"/>
          <w:sz w:val="17"/>
        </w:rPr>
        <w:t xml:space="preserve">Languages  /  </w:t>
      </w:r>
      <w:r>
        <w:rPr>
          <w:rFonts w:ascii="Arial" w:hAnsi="Arial"/>
          <w:color w:val="181B1A"/>
          <w:sz w:val="17"/>
        </w:rPr>
        <w:t>Persian, English, Swedish</w:t>
      </w:r>
    </w:p>
    <w:sectPr w:rsidR="00FC693F" w:rsidRPr="0006063C" w:rsidSect="00034616">
      <w:footerReference w:type="default" r:id="rId9"/>
      <w:pgSz w:w="11906" w:h="16838"/>
      <w:pgMar w:top="822" w:right="964" w:bottom="765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78" w:val="right"/>
      </w:tabs>
    </w:pPr>
    <w:r>
      <w:rPr>
        <w:rFonts w:ascii="Arial" w:hAnsi="Arial"/>
        <w:b/>
        <w:color w:val="59605C"/>
        <w:sz w:val="15"/>
      </w:rPr>
      <w:t>HANIF BAHARI  /  CV 2026</w:t>
    </w:r>
    <w:r>
      <w:rPr>
        <w:rFonts w:ascii="Arial" w:hAnsi="Arial"/>
        <w:color w:val="59605C"/>
        <w:sz w:val="15"/>
      </w:rPr>
      <w:tab/>
      <w:t xml:space="preserve">PAGE </w:t>
    </w:r>
    <w:r>
      <w:rPr>
        <w:rFonts w:ascii="Arial" w:hAnsi="Arial"/>
        <w:color w:val="59605C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4" w:lineRule="auto"/>
    </w:pPr>
    <w:rPr>
      <w:rFonts w:ascii="Arial" w:hAnsi="Arial"/>
      <w:color w:val="181B1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CV Bullet"/>
    <w:basedOn w:val="Normal"/>
    <w:uiPriority w:val="99"/>
    <w:unhideWhenUsed/>
    <w:rsid w:val="00326F90"/>
    <w:pPr>
      <w:numPr>
        <w:numId w:val="1"/>
      </w:numPr>
      <w:spacing w:after="32" w:line="252" w:lineRule="auto"/>
      <w:ind w:left="272" w:hanging="147"/>
      <w:contextualSpacing/>
    </w:pPr>
    <w:rPr>
      <w:rFonts w:ascii="Arial" w:hAnsi="Arial"/>
      <w:color w:val="181B1A"/>
      <w:sz w:val="1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Label">
    <w:name w:val="Section Label"/>
    <w:pPr>
      <w:keepNext/>
      <w:spacing w:before="260" w:after="160"/>
    </w:pPr>
    <w:rPr>
      <w:rFonts w:ascii="Arial" w:hAnsi="Arial"/>
      <w:b/>
      <w:color w:val="367448"/>
      <w:sz w:val="16"/>
    </w:rPr>
  </w:style>
  <w:style w:type="paragraph" w:customStyle="1" w:styleId="RoleHeading">
    <w:name w:val="Role Heading"/>
    <w:pPr>
      <w:keepNext/>
      <w:spacing w:before="140" w:after="40"/>
    </w:pPr>
    <w:rPr>
      <w:rFonts w:ascii="Arial" w:hAnsi="Arial"/>
    </w:rPr>
  </w:style>
  <w:style w:type="paragraph" w:customStyle="1" w:styleId="RoleSummary">
    <w:name w:val="Role Summary"/>
    <w:pPr>
      <w:spacing w:after="60" w:line="264" w:lineRule="auto"/>
    </w:pPr>
    <w:rPr>
      <w:rFonts w:ascii="Arial" w:hAnsi="Arial"/>
      <w:color w:val="59605C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anifbahari.com" TargetMode="External"/><Relationship Id="rId11" Type="http://schemas.openxmlformats.org/officeDocument/2006/relationships/hyperlink" Target="https://www.linkedin.com/in/hanifbahari/" TargetMode="External"/><Relationship Id="rId12" Type="http://schemas.openxmlformats.org/officeDocument/2006/relationships/hyperlink" Target="https://github.com/hanifb13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Hanif Bahari - CV 2026</dc:title>
  <dc:subject>Full-stack developer and product designer</dc:subject>
  <dc:creator>Hanif Bahari</dc:creator>
  <cp:keywords>Full-stack developer, product designer, React, TypeScript, Node.js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